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שבועות – קציר, ביכורים ומילה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החג ומקורותיו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מגילת רות ואת ערך החסד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ארבעים ותשעה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הפירות הראשונים שגדלו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מגילת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חסד ונאמנות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חג הקציר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פירות ראשונים בסל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שמות נוספים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שבועות חל חמישים יום אחרי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עוגת גבינה ובלינצ׳ס נאכלים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שבעת המינים הם חיטה, שעורה, גפן, תאנה, רימון, זית ותמר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תוכן הסיפור במגילה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מנהגים שונים בקיבוצים, בעדות אשכנז, מרוקו ועיראק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 ק־צ־ר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ביכורים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מנהגים וקהילות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(טקסי ביכורים עם עגלות וילדים בלבן)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(מאכלי חלב כמו בלינצ׳ס ועוגת גבינה)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(מתיזים מים זה על זה בשמחה)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(מאפה עלים דקים עם סילאן)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(קוראים כתובה סמלית בין עם ישראל לה׳)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סל ביכורים ושבעת המינים, או זר פרחים ומאכלי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ספירת העומר וערך החסד, או תיקון ליל שבועות והודיה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בימי קדם הביאו החקלאים את הפירות הראשונים שגדלו כביכורים לבית המקדש, כהודיה על היבול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נאמנות, פתיחות וקבלת הזר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להישג או ללמידה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ארבעים ותשעה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מגילת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סל ביכורים, זר פרחים או מאכלי 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בשיר חג מוכר ולחבר אותו לרעיון ההודיה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בפעילות סל הביכורים הכיתתי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רות אפשר לקשר לערך קבלת האחר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שבועות – קציר, ביכורים ומילה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שבועות חל חמישים יום אחרי פסח ויש לו כמה שמות: חג הקציר, חג הביכורים וזמן מתן תורה. בדף זה נתרגל את המנהגים, הסמלים והערכים של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סופרים מפסח עד 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ארבעים ותשעה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ביכורים?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הפירות הראשונים שגדלו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הפירות האחרונים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פירות שקונים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מגילה קוראים בשבועות?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מגילת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אינו משבעת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הערך המרכזי שעולה מסיפור 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חסד ונאמנות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שם נוסף לחג 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מביאים בטקס הביכורים?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פירות ראשונים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 נקרא גם חג הקציר וחג הביכורים.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 חל מיד אחרי יום כיפור.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בשבועות נהוג לאכול מאכלי חלב.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כוללים גם תפוחים ותותים.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רות מספרת על חסד ונאמנות בשדות בית 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חוגגים את שבועות באותה צורה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מהשורש ק־צ־ר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בשבועות חוגגים את חג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החקלאים __________ את החיטה בשדה.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__________ את השעורה.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מגל כדי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בימי קדם הביאו החקלאים את פירות ה__________ לבית המקדש.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מנהגים וקהילות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קיבוצים ומושבים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מתיזים מים זה על זה בשמחה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מאפה עלים דקים עם סילאן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כתובה סמלית בין עם ישראל לה׳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טקסי ביכורים עם עגלות וילדים בלבן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קהילות ספרדיות ומזרחיות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מאכלי חלב כמו בלינצ׳ס ועוגת גבינה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בחג שבועות.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שתי דוגמאות למורשת בלתי מוחשית בחג שבועות.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החקלאות לבין חג שבועות?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מרות על קבלת אדם חדש לקהילה?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ה'ביכורים' שלכם השנה – דבר ראשון שהצלחתם בו או למדתם? כתבו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סופרים מפסח עד שבועות?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המגילה שקוראים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מוחשי בחג שבועות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שבועות – קציר, ביכורים ומילה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