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שבועות – קציר, ביכורים ומילה טובה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שמות החג ומקורותיו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מורשת מוחשית לבלתי מוחשית בחג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מגילת רות ואת ערך החסד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ארבעים ותשעה 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הפירות הראשונים שגדלו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מגילת 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תפוח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חסד ונאמנות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חג הקציר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פירות ראשונים בסל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אלה שני שמות נוספים לחג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שבועות חל חמישים יום אחרי פסח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עוגת גבינה ובלינצ׳ס נאכלים בחג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שבעת המינים הם חיטה, שעורה, גפן, תאנה, רימון, זית ותמר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תוכן הסיפור במגילה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יש מנהגים שונים בקיבוצים, בעדות אשכנז, מרוקו ועיראק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 מהשורש ק־צ־ר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קציר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קצרו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לקצור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ביכורים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– מנהגים וקהילות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(טקסי ביכורים עם עגלות וילדים בלבן)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(מאכלי חלב כמו בלינצ׳ס ועוגת גבינה)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(מתיזים מים זה על זה בשמחה)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(מאפה עלים דקים עם סילאן)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(קוראים כתובה סמלית בין עם ישראל לה׳)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מוחשי או בלתי מוחשי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 סל ביכורים ושבעת המינים, או זר פרחים ומאכלי חלב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 ספירת העומר וערך החסד, או תיקון ליל שבועות והודיה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בימי קדם הביאו החקלאים את הפירות הראשונים שגדלו כביכורים לבית המקדש, כהודיה על היבול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יכתבו על נאמנות, פתיחות וקבלת הזר בחברה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המתייחסת להישג או ללמידה חדשה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ארבעים ותשעה 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מגילת 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סל ביכורים, זר פרחים או מאכלי חלב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בשיר חג מוכר ולחבר אותו לרעיון ההודיה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להשתמש בפעילות סל הביכורים הכיתתי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בדיון על רות אפשר לקשר לערך קבלת האחר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שבועות – קציר, ביכורים ומילה טובה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שבועות הוא חג חשוב. בחג מביאים פירות ראשונים, קוראים מגילת רות ואוכלים מאכלי חלב. נלמד על זה בדף.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ביכורים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הפירות הראשונים שגדלו בשדה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שבעת המינים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חיטה, שעורה, גפן, תאנה, רימון, זית, תמר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ספירת העומר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סופרים שבעה שבועות מפסח עד שבועות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מגילת רות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על נאמנות וחסד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תיקון ליל שבועות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לימוד משותף בלילה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חסד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דאגה לאדם אחר ועזרה לו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הודיה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להגיד תודה על מה שקיבלנו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ימים יש בין פסח לשבועות?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שבעה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שלושים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ארבעים ותשעה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המילה ביכורים אומרת?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הפירות הראשונים שגדלו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הפירות האחרונים בעונה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פירות שקונים בשוק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פירות שחורים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סיפור קוראים בחג שבועות?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מגילת אסתר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מגילת 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קהלת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פרי לא שייך לשבעת המינים?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תאנה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תפוח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רימון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לומדים מרות?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תחרות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חסד ונאמנות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איך עוד קוראים לחג?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חג הקציר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חג האורים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חג הסוכות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חג הגשם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 שמים בסל בטקס?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בגדים חדשים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פירות ראשונים בסל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כלי נגינה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שבועות נקרא גם חג הקציר וחג הביכורים.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שבועות חל מיד אחרי יום כיפור.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בשבועות נהוג לאכול מאכלי חלב.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שבעת המינים כוללים גם תפוחים ותותים.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מגילת רות מספרת על חסד ונאמנות בשדות בית לחם.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הקהילות חוגגים את שבועות באותה צורה בדיוק.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 מהשורש ק־צ־ר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בשבועות חוגגים את חג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החקלאים __________ את החיטה בשדה.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אתמול __________ את השעורה.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צריך מגל כדי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בימי קדם הביאו החקלאים את פירות ה__________ לבית המקדש.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– מנהגים וקהילות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קיבוצים ומושבים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קוראים כתובה סמלית בין עם ישראל לה׳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קהילות אשכנז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מתיזים מים זה על זה בשמחה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יהדות מרוקו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מאכלי חלב כמו בלינצ׳ס ועוגת גבינה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יהדות עיראק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טקסי ביכורים עם עגלות וילדים בלבן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קהילות ספרדיות ומזרחיות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מאפה עלים דקים עם סילאן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מוחשי או בלתי מוחשי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תנו שתי דוגמאות למורשת מוחשית בחג שבועות.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תנו שתי דוגמאות למורשת בלתי מוחשית בחג שבועות.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הקשר בין החקלאות לבין חג שבועות?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אפשר ללמוד מרות על קבלת אדם חדש לקהילה?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מהם ה'ביכורים' שלכם השנה – דבר ראשון שהצלחתם בו או למדתם? כתבו בקצרה.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ימים סופרים מפסח עד שבועות?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שם המגילה שקוראים בחג?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למנהג מוחשי בחג שבועות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שבועות – קציר, ביכורים ומילה טובה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