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שבועות – קציר, ביכורים ומילה טובה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שמות החג ומקורותיו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מורשת מוחשית לבלתי מוחשית 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מגילת רות ואת ערך החסד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ארבעים ותשעה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הפירות הראשונים שגדלו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מגילת 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שני שמות נוספים לחג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שבועות חל חמישים יום אחרי פסח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עוגת גבינה ובלינצ׳ס נאכלים בחג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מהשורש ק־צ־ר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קציר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קצרו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מנהגים וקהילות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(טקסי ביכורים עם עגלות וילדים בלבן)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(מאכלי חלב כמו בלינצ׳ס ועוגת גבינה)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(מתיזים מים זה על זה בשמחה)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(מאפה עלים דקים עם סילאן)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מוחשי או 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 סל ביכורים ושבעת המינים, או זר פרחים ומאכלי חלב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בימי קדם הביאו החקלאים את הפירות הראשונים שגדלו כביכורים לבית המקדש, כהודיה על היבול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על נאמנות, פתיחות וקבלת הזר בחברה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ארבעים ותשעה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מגילת 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סל ביכורים, זר פרחים או מאכלי חלב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בשיר חג מוכר ולחבר אותו לרעיון ההודיה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בפעילות סל הביכורים הכיתתי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רות אפשר לקשר לערך קבלת האחר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שבועות – קציר, ביכורים ומילה טובה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שבועות חל חמישים יום אחרי פסח ויש לו כמה שמות: חג הקציר, חג הביכורים וזמן מתן תורה. בדף זה נתרגל את המנהגים, הסמלים והערכים של החג.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קוצרים  ·  קציר  ·  קצרו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ימים סופרים מפסח עד שבועות?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שלושים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ארבעים ותשעה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מהם ביכורים?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הפירות הראשונים שגדלו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הפירות האחרונים בעונה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פירות שקונים בשוק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מגילה קוראים בשבועות?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מגילת אסתר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מגילת 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קהלת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שבועות נקרא גם חג הקציר וחג הביכורים.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שבועות חל מיד אחרי יום כיפור.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בשבועות נהוג לאכול מאכלי חלב.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 מהשורש ק־צ־ר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בשבועות חוגגים את חג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החקלאים __________ את החיטה בשדה.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אתמול __________ את השעורה.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– מנהגים וקהילות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קיבוצים ומושבים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מאפה עלים דקים עם סילאן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קהילות אשכנז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טקסי ביכורים עם עגלות וילדים בלבן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יהדות מרוקו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מאכלי חלב כמו בלינצ׳ס ועוגת גבינה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יהדות עיראק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מתיזים מים זה על זה בשמחה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מוחשי או בלתי מוחשי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תנו שתי דוגמאות למורשת מוחשית בחג שבועות.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הקשר בין החקלאות לבין חג שבועות?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אפשר ללמוד מרות על קבלת אדם חדש לקהילה?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ימים סופרים מפסח עד שבועות?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שם המגילה שקוראים בחג?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שבועות – קציר, ביכורים ומילה טובה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